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Arial" w:hAnsi="Arial"/>
          <w:b w:val="0"/>
          <w:color w:val="6B6B6B"/>
          <w:sz w:val="17"/>
          <w:spacing w:val="60"/>
        </w:rPr>
        <w:t>MENUKAART</w:t>
      </w:r>
    </w:p>
    <w:p>
      <w:pPr>
        <w:spacing w:before="0" w:after="40" w:line="240" w:lineRule="auto"/>
        <w:jc w:val="center"/>
      </w:pPr>
      <w:r>
        <w:rPr>
          <w:rFonts w:ascii="Georgia" w:hAnsi="Georgia"/>
          <w:b w:val="0"/>
          <w:color w:val="7A4A2A"/>
          <w:sz w:val="68"/>
        </w:rPr>
        <w:t>Jouw lunchroom</w:t>
      </w:r>
    </w:p>
    <w:p>
      <w:pPr>
        <w:spacing w:before="0" w:after="120" w:line="240" w:lineRule="auto"/>
        <w:jc w:val="center"/>
      </w:pPr>
      <w:r>
        <w:rPr>
          <w:rFonts w:ascii="Arial" w:hAnsi="Arial"/>
          <w:b w:val="0"/>
          <w:color w:val="6B6B6B"/>
          <w:sz w:val="17"/>
        </w:rPr>
        <w:t>Voorbeeldstraat 1 · 1234 AB Plaats · Tel. 012 345 6789</w:t>
      </w:r>
    </w:p>
    <w:p>
      <w:pPr>
        <w:spacing w:before="240" w:after="100" w:line="240" w:lineRule="auto"/>
        <w:pBdr>
          <w:bottom w:val="single" w:sz="6" w:space="2" w:color="7a4a2a"/>
        </w:pBdr>
      </w:pPr>
      <w:r>
        <w:rPr>
          <w:rFonts w:ascii="Georgia" w:hAnsi="Georgia"/>
          <w:b w:val="0"/>
          <w:color w:val="7A4A2A"/>
          <w:sz w:val="26"/>
          <w:spacing w:val="30"/>
        </w:rPr>
        <w:t>KOFFIE &amp; THEE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Espresso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2,80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kopje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Cappuccino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3,60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kopje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Latte macchiato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4,20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glas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Verse muntthee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3,80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honing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Warme chocolademelk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4,20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slagroom</w:t>
      </w:r>
    </w:p>
    <w:p>
      <w:pPr>
        <w:spacing w:before="240" w:after="100" w:line="240" w:lineRule="auto"/>
        <w:pBdr>
          <w:bottom w:val="single" w:sz="6" w:space="2" w:color="7a4a2a"/>
        </w:pBdr>
      </w:pPr>
      <w:r>
        <w:rPr>
          <w:rFonts w:ascii="Georgia" w:hAnsi="Georgia"/>
          <w:b w:val="0"/>
          <w:color w:val="7A4A2A"/>
          <w:sz w:val="26"/>
          <w:spacing w:val="30"/>
        </w:rPr>
        <w:t>LUNCH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Uitsmijter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1, 3, 7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11,50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drie eieren met ham en kaas op brood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Tosti ham-kaas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1, 7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6,50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ketchup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Kroketten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1, 3, 7, 9, 10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10,50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twee rundvleeskroketten op brood met mosterd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Soep van de dag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1, 7, 9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7,50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brood en boter</w:t>
      </w:r>
    </w:p>
    <w:p>
      <w:pPr>
        <w:spacing w:before="240" w:after="100" w:line="240" w:lineRule="auto"/>
        <w:pBdr>
          <w:bottom w:val="single" w:sz="6" w:space="2" w:color="7a4a2a"/>
        </w:pBdr>
      </w:pPr>
      <w:r>
        <w:rPr>
          <w:rFonts w:ascii="Georgia" w:hAnsi="Georgia"/>
          <w:b w:val="0"/>
          <w:color w:val="7A4A2A"/>
          <w:sz w:val="26"/>
          <w:spacing w:val="30"/>
        </w:rPr>
        <w:t>TAART &amp; GEBAK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Appeltaart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1, 3, 7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5,50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slagroom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Cheesecake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1, 3, 7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5,95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rood fruit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Brownie</w:t>
      </w:r>
      <w:r>
        <w:rPr>
          <w:rFonts w:ascii="Arial" w:hAnsi="Arial"/>
          <w:b w:val="0"/>
          <w:color w:val="6B6B6B"/>
          <w:sz w:val="14"/>
          <w:vertAlign w:val="superscript"/>
        </w:rPr>
        <w:t xml:space="preserve"> 1, 3, 7, 8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4,50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met walnoten</w:t>
      </w:r>
    </w:p>
    <w:p>
      <w:pPr>
        <w:spacing w:before="240" w:after="100" w:line="240" w:lineRule="auto"/>
        <w:pBdr>
          <w:bottom w:val="single" w:sz="6" w:space="2" w:color="7a4a2a"/>
        </w:pBdr>
      </w:pPr>
      <w:r>
        <w:rPr>
          <w:rFonts w:ascii="Georgia" w:hAnsi="Georgia"/>
          <w:b w:val="0"/>
          <w:color w:val="7A4A2A"/>
          <w:sz w:val="26"/>
          <w:spacing w:val="30"/>
        </w:rPr>
        <w:t>FRISDRANKEN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Spa blauw of rood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3,20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0,25 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Verse jus d’orange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4,50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0,25 l</w:t>
      </w:r>
    </w:p>
    <w:p>
      <w:pPr>
        <w:tabs>
          <w:tab w:pos="9638" w:val="right" w:leader="dot"/>
        </w:tabs>
        <w:spacing w:before="100" w:after="0" w:line="240" w:lineRule="auto"/>
      </w:pPr>
      <w:r>
        <w:rPr>
          <w:rFonts w:ascii="Georgia" w:hAnsi="Georgia"/>
          <w:b/>
          <w:color w:val="1F1F1F"/>
          <w:sz w:val="25"/>
        </w:rPr>
        <w:t>Huisgemaakte ijsthee</w:t>
      </w:r>
      <w:r>
        <w:rPr>
          <w:rFonts w:ascii="Arial" w:hAnsi="Arial"/>
          <w:b w:val="0"/>
          <w:color w:val="1F1F1F"/>
          <w:sz w:val="18"/>
        </w:rPr>
        <w:tab/>
      </w:r>
      <w:r>
        <w:rPr>
          <w:rFonts w:ascii="Georgia" w:hAnsi="Georgia"/>
          <w:b w:val="0"/>
          <w:color w:val="1F1F1F"/>
          <w:sz w:val="25"/>
        </w:rPr>
        <w:t>4,20</w:t>
      </w:r>
    </w:p>
    <w:p>
      <w:pPr>
        <w:spacing w:before="20" w:after="0" w:line="240" w:lineRule="auto"/>
      </w:pPr>
      <w:r>
        <w:rPr>
          <w:rFonts w:ascii="Arial" w:hAnsi="Arial"/>
          <w:b w:val="0"/>
          <w:color w:val="6B6B6B"/>
          <w:sz w:val="19"/>
        </w:rPr>
        <w:t>0,3 l</w:t>
      </w:r>
    </w:p>
    <w:p>
      <w:pPr>
        <w:spacing w:before="280" w:after="40" w:line="240" w:lineRule="auto"/>
      </w:pPr>
      <w:r>
        <w:rPr>
          <w:rFonts w:ascii="Arial" w:hAnsi="Arial"/>
          <w:b w:val="0"/>
          <w:color w:val="1F1F1F"/>
          <w:sz w:val="15"/>
        </w:rPr>
        <w:t>Alle prijzen in euro, inclusief btw en bediening.</w:t>
      </w:r>
    </w:p>
    <w:p>
      <w:pPr>
        <w:spacing w:before="0" w:after="20" w:line="240" w:lineRule="auto"/>
      </w:pPr>
      <w:r>
        <w:rPr>
          <w:rFonts w:ascii="Arial" w:hAnsi="Arial"/>
          <w:b w:val="0"/>
          <w:color w:val="6B6B6B"/>
          <w:sz w:val="13"/>
        </w:rPr>
        <w:t>Allergenen: 1 glutenbevattende granen · 2 schaaldieren · 3 eieren · 4 vis · 5 pinda’s · 6 soja · 7 melk · 8 noten · 9 selderij · 10 mosterd · 11 sesamzaad · 12 zwaveldioxide en sulfieten · 13 lupine · 14 weekdieren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Menukaart template</dc:title>
  <dc:subject/>
  <dc:creator>doXmenu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