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Arial" w:hAnsi="Arial"/>
          <w:b w:val="0"/>
          <w:color w:val="6B6B6B"/>
          <w:sz w:val="17"/>
          <w:spacing w:val="60"/>
        </w:rPr>
        <w:t>MENUKAART</w:t>
      </w:r>
    </w:p>
    <w:p>
      <w:pPr>
        <w:spacing w:before="0" w:after="40" w:line="240" w:lineRule="auto"/>
        <w:jc w:val="center"/>
      </w:pPr>
      <w:r>
        <w:rPr>
          <w:rFonts w:ascii="Georgia" w:hAnsi="Georgia"/>
          <w:b w:val="0"/>
          <w:color w:val="7A1F2B"/>
          <w:sz w:val="68"/>
        </w:rPr>
        <w:t>Jouw restaurant</w:t>
      </w:r>
    </w:p>
    <w:p>
      <w:pPr>
        <w:spacing w:before="0" w:after="120" w:line="240" w:lineRule="auto"/>
        <w:jc w:val="center"/>
      </w:pPr>
      <w:r>
        <w:rPr>
          <w:rFonts w:ascii="Arial" w:hAnsi="Arial"/>
          <w:b w:val="0"/>
          <w:color w:val="6B6B6B"/>
          <w:sz w:val="17"/>
        </w:rPr>
        <w:t>Voorbeeldstraat 1 · 1234 AB Plaats · Tel. 012 345 6789</w:t>
      </w:r>
    </w:p>
    <w:p>
      <w:pPr>
        <w:spacing w:before="520" w:after="100" w:line="240" w:lineRule="auto"/>
        <w:pBdr>
          <w:bottom w:val="single" w:sz="6" w:space="2" w:color="7a1f2b"/>
        </w:pBdr>
      </w:pPr>
      <w:r>
        <w:rPr>
          <w:rFonts w:ascii="Georgia" w:hAnsi="Georgia"/>
          <w:b w:val="0"/>
          <w:color w:val="7A1F2B"/>
          <w:sz w:val="26"/>
          <w:spacing w:val="30"/>
        </w:rPr>
        <w:t>VOORGERECHTEN</w:t>
      </w:r>
    </w:p>
    <w:p>
      <w:pPr>
        <w:tabs>
          <w:tab w:pos="9638" w:val="right" w:leader="dot"/>
        </w:tabs>
        <w:spacing w:before="280" w:after="0" w:line="240" w:lineRule="auto"/>
      </w:pPr>
      <w:r>
        <w:rPr>
          <w:rFonts w:ascii="Georgia" w:hAnsi="Georgia"/>
          <w:b/>
          <w:color w:val="1F1F1F"/>
          <w:sz w:val="25"/>
        </w:rPr>
        <w:t>Tomatensoep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7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7,50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met basilicum en een toef room</w:t>
      </w:r>
    </w:p>
    <w:p>
      <w:pPr>
        <w:tabs>
          <w:tab w:pos="9638" w:val="right" w:leader="dot"/>
        </w:tabs>
        <w:spacing w:before="280" w:after="0" w:line="240" w:lineRule="auto"/>
      </w:pPr>
      <w:r>
        <w:rPr>
          <w:rFonts w:ascii="Georgia" w:hAnsi="Georgia"/>
          <w:b/>
          <w:color w:val="1F1F1F"/>
          <w:sz w:val="25"/>
        </w:rPr>
        <w:t>Carpaccio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7, 8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12,50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van rund, met rucola, Parmezaanse kaas en pijnboompitten</w:t>
      </w:r>
    </w:p>
    <w:p>
      <w:pPr>
        <w:tabs>
          <w:tab w:pos="9638" w:val="right" w:leader="dot"/>
        </w:tabs>
        <w:spacing w:before="280" w:after="0" w:line="240" w:lineRule="auto"/>
      </w:pPr>
      <w:r>
        <w:rPr>
          <w:rFonts w:ascii="Georgia" w:hAnsi="Georgia"/>
          <w:b/>
          <w:color w:val="1F1F1F"/>
          <w:sz w:val="25"/>
        </w:rPr>
        <w:t>Gerookte zalm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1, 3, 4, 7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11,50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op toast met kappertjes en mierikswortelcrème</w:t>
      </w:r>
    </w:p>
    <w:p>
      <w:pPr>
        <w:spacing w:before="520" w:after="100" w:line="240" w:lineRule="auto"/>
        <w:pBdr>
          <w:bottom w:val="single" w:sz="6" w:space="2" w:color="7a1f2b"/>
        </w:pBdr>
      </w:pPr>
      <w:r>
        <w:rPr>
          <w:rFonts w:ascii="Georgia" w:hAnsi="Georgia"/>
          <w:b w:val="0"/>
          <w:color w:val="7A1F2B"/>
          <w:sz w:val="26"/>
          <w:spacing w:val="30"/>
        </w:rPr>
        <w:t>HOOFDGERECHTEN</w:t>
      </w:r>
    </w:p>
    <w:p>
      <w:pPr>
        <w:tabs>
          <w:tab w:pos="9638" w:val="right" w:leader="dot"/>
        </w:tabs>
        <w:spacing w:before="280" w:after="0" w:line="240" w:lineRule="auto"/>
      </w:pPr>
      <w:r>
        <w:rPr>
          <w:rFonts w:ascii="Georgia" w:hAnsi="Georgia"/>
          <w:b/>
          <w:color w:val="1F1F1F"/>
          <w:sz w:val="25"/>
        </w:rPr>
        <w:t>Biefstuk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7, 9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24,50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met friet, salade en pepersaus</w:t>
      </w:r>
    </w:p>
    <w:p>
      <w:pPr>
        <w:tabs>
          <w:tab w:pos="9638" w:val="right" w:leader="dot"/>
        </w:tabs>
        <w:spacing w:before="280" w:after="0" w:line="240" w:lineRule="auto"/>
      </w:pPr>
      <w:r>
        <w:rPr>
          <w:rFonts w:ascii="Georgia" w:hAnsi="Georgia"/>
          <w:b/>
          <w:color w:val="1F1F1F"/>
          <w:sz w:val="25"/>
        </w:rPr>
        <w:t>Kabeljauwfilet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4, 7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23,50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met beurre blanc, spinazie en aardappelpuree</w:t>
      </w:r>
    </w:p>
    <w:p>
      <w:pPr>
        <w:tabs>
          <w:tab w:pos="9638" w:val="right" w:leader="dot"/>
        </w:tabs>
        <w:spacing w:before="280" w:after="0" w:line="240" w:lineRule="auto"/>
      </w:pPr>
      <w:r>
        <w:rPr>
          <w:rFonts w:ascii="Georgia" w:hAnsi="Georgia"/>
          <w:b/>
          <w:color w:val="1F1F1F"/>
          <w:sz w:val="25"/>
        </w:rPr>
        <w:t>Kipsaté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5, 6, 10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18,50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met pindasaus, atjar en friet</w:t>
      </w:r>
    </w:p>
    <w:p>
      <w:pPr>
        <w:tabs>
          <w:tab w:pos="9638" w:val="right" w:leader="dot"/>
        </w:tabs>
        <w:spacing w:before="280" w:after="0" w:line="240" w:lineRule="auto"/>
      </w:pPr>
      <w:r>
        <w:rPr>
          <w:rFonts w:ascii="Georgia" w:hAnsi="Georgia"/>
          <w:b/>
          <w:color w:val="1F1F1F"/>
          <w:sz w:val="25"/>
        </w:rPr>
        <w:t>Risotto van paddenstoelen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7, 9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19,50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met Parmezaanse kaas en truffelolie</w:t>
      </w:r>
    </w:p>
    <w:p>
      <w:pPr>
        <w:tabs>
          <w:tab w:pos="9638" w:val="right" w:leader="dot"/>
        </w:tabs>
        <w:spacing w:before="280" w:after="0" w:line="240" w:lineRule="auto"/>
      </w:pPr>
      <w:r>
        <w:rPr>
          <w:rFonts w:ascii="Georgia" w:hAnsi="Georgia"/>
          <w:b/>
          <w:color w:val="1F1F1F"/>
          <w:sz w:val="25"/>
        </w:rPr>
        <w:t>Vegan groentecurry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6, 8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18,00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met kokosmelk, cashewnoten en rijst</w:t>
      </w:r>
    </w:p>
    <w:p>
      <w:pPr>
        <w:spacing w:before="520" w:after="100" w:line="240" w:lineRule="auto"/>
        <w:pBdr>
          <w:bottom w:val="single" w:sz="6" w:space="2" w:color="7a1f2b"/>
        </w:pBdr>
      </w:pPr>
      <w:r>
        <w:rPr>
          <w:rFonts w:ascii="Georgia" w:hAnsi="Georgia"/>
          <w:b w:val="0"/>
          <w:color w:val="7A1F2B"/>
          <w:sz w:val="26"/>
          <w:spacing w:val="30"/>
        </w:rPr>
        <w:t>DESSERTS</w:t>
      </w:r>
    </w:p>
    <w:p>
      <w:pPr>
        <w:tabs>
          <w:tab w:pos="9638" w:val="right" w:leader="dot"/>
        </w:tabs>
        <w:spacing w:before="280" w:after="0" w:line="240" w:lineRule="auto"/>
      </w:pPr>
      <w:r>
        <w:rPr>
          <w:rFonts w:ascii="Georgia" w:hAnsi="Georgia"/>
          <w:b/>
          <w:color w:val="1F1F1F"/>
          <w:sz w:val="25"/>
        </w:rPr>
        <w:t>Dame blanche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7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8,50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vanille-ijs met warme chocoladesaus en slagroom</w:t>
      </w:r>
    </w:p>
    <w:p>
      <w:pPr>
        <w:tabs>
          <w:tab w:pos="9638" w:val="right" w:leader="dot"/>
        </w:tabs>
        <w:spacing w:before="280" w:after="0" w:line="240" w:lineRule="auto"/>
      </w:pPr>
      <w:r>
        <w:rPr>
          <w:rFonts w:ascii="Georgia" w:hAnsi="Georgia"/>
          <w:b/>
          <w:color w:val="1F1F1F"/>
          <w:sz w:val="25"/>
        </w:rPr>
        <w:t>Appeltaart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1, 3, 7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5,50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met slagroom</w:t>
      </w:r>
    </w:p>
    <w:p>
      <w:pPr>
        <w:tabs>
          <w:tab w:pos="9638" w:val="right" w:leader="dot"/>
        </w:tabs>
        <w:spacing w:before="280" w:after="0" w:line="240" w:lineRule="auto"/>
      </w:pPr>
      <w:r>
        <w:rPr>
          <w:rFonts w:ascii="Georgia" w:hAnsi="Georgia"/>
          <w:b/>
          <w:color w:val="1F1F1F"/>
          <w:sz w:val="25"/>
        </w:rPr>
        <w:t>Sorbetijs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7,50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drie bolletjes van de dag</w:t>
      </w:r>
    </w:p>
    <w:p>
      <w:pPr>
        <w:spacing w:before="280" w:after="40" w:line="240" w:lineRule="auto"/>
      </w:pPr>
      <w:r>
        <w:rPr>
          <w:rFonts w:ascii="Arial" w:hAnsi="Arial"/>
          <w:b w:val="0"/>
          <w:color w:val="1F1F1F"/>
          <w:sz w:val="15"/>
        </w:rPr>
        <w:t>Alle prijzen in euro, inclusief btw en bediening.</w:t>
      </w:r>
    </w:p>
    <w:p>
      <w:pPr>
        <w:spacing w:before="0" w:after="20" w:line="240" w:lineRule="auto"/>
      </w:pPr>
      <w:r>
        <w:rPr>
          <w:rFonts w:ascii="Arial" w:hAnsi="Arial"/>
          <w:b w:val="0"/>
          <w:color w:val="6B6B6B"/>
          <w:sz w:val="13"/>
        </w:rPr>
        <w:t>Allergenen: 1 glutenbevattende granen · 2 schaaldieren · 3 eieren · 4 vis · 5 pinda’s · 6 soja · 7 melk · 8 noten · 9 selderij · 10 mosterd · 11 sesamzaad · 12 zwaveldioxide en sulfieten · 13 lupine · 14 weekdieren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Menukaart template</dc:title>
  <dc:subject/>
  <dc:creator>doXmenu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